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TEREZA FRANCISCA DINIZ BRAZ, brasileira, inscrita no CPF sob o nº 750.314.502-15, residente e domiciliada em Cacoal/RO, vem, respeitosamente, à presença de Vossas Senhorias, solicitar a ANÁLISE E APROVAÇÃO do Cadastro Ambiental Rural — CAR referente ao imóvel rural denominado "LOTE 56- (REM.), GLEBA 09, S.T. IPOCYSSARA, P.F. CORUMBIARA", com área de 22.9464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TEREZA FRANCISCA DINIZ BRAZ</w:t>
      </w:r>
    </w:p>
    <w:p>
      <w:r>
        <w:t>CPF: 750.314.502-15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