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TEREZA FRANCISCA DINIZ BRAZ, inscrita no CPF sob o nº 750.314.502-15, titular do imóvel rural "LOTE 56- (REM.), GLEBA 09, S.T. IPOCYSSARA,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TEREZA FRANCISCA DINIZ BRAZ</w:t>
      </w:r>
    </w:p>
    <w:p>
      <w:r>
        <w:t>CPF: 750.314.502-15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