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TEREZA FRANCISCA DINIZ BRAZ, brasileira, viuvo(a), agricultora, inscrito(a) no CPF nº 750.314.502-15, portador(a) do RG nº 794.922-SESP-RO, residente e domiciliado(a) em Linha 09, Lote 56,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(REM.), GLEBA 09, S.T. IPOCYSSARA, P.F. CORUMBIARA, Município de Cacoal/RO, código INCRA/SNCR nº 001.066.022.764-0, matrícula nº 41.367,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TEREZA FRANCISCA DINIZ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