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KESTER, inscrito no CPF sob o nº 221.456.642-20, residente em Cacoal/RO, interessado no processo de regularização ambiental referente ao imóvel "LOTE 100 (REM.), GLEBA 08, S.T. GY-PARANÁ, P.I.C. GY-PARANÁ (CÓPIA)",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KESTER</w:t>
        <w:br/>
        <w:t xml:space="preserve">    CPF:            221.456.642-20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