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ADRIANO KESTER, brasileiro, inscrito no CPF sob o nº 221.456.642-20, residente e domiciliado em Cacoal/RO, vem, respeitosamente, à presença de Vossas Senhorias, solicitar a ANÁLISE E APROVAÇÃO do Cadastro Ambiental Rural — CAR referente ao imóvel rural denominado "LOTE 100 (REM.), GLEBA 08, S.T. GY-PARANÁ, P.I.C. GY-PARANÁ (CÓPIA)", com área de 49.6607 hectares, localizado no município de Cacoal/RO, inscrito sob o nº RO-1100049-31F6.5B5B.D23F.4A27.94F6.0771.1B51.B70C, CCIR nº 950.130.643.696-3, NIRF/ITR nº 7.794.918-8,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