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rPr>
          <w:b/>
          <w:sz w:val="28"/>
          <w:u w:val="single"/>
        </w:rPr>
        <w:t>PROCURAÇÃO</w:t>
      </w:r>
    </w:p>
    <w:p/>
    <w:p>
      <w:pPr>
        <w:spacing w:after="240" w:line="336" w:lineRule="auto"/>
        <w:jc w:val="both"/>
      </w:pPr>
      <w:r>
        <w:t>O abaixo denominado OUTORGANTE constitui os denominados OUTORGADOS seus bastantes procuradores, concedendo-lhes os poderes abaixo descritos, para que surtam os seus jurídicos e legais efeitos:</w:t>
      </w:r>
    </w:p>
    <w:p>
      <w:pPr>
        <w:spacing w:after="240" w:line="336" w:lineRule="auto"/>
        <w:jc w:val="both"/>
      </w:pPr>
      <w:r>
        <w:rPr>
          <w:b/>
        </w:rPr>
        <w:t xml:space="preserve">OUTORGANTE: </w:t>
      </w:r>
      <w:r>
        <w:t>__________ (qualificação completa do proprietário).</w:t>
      </w:r>
    </w:p>
    <w:p>
      <w:pPr>
        <w:spacing w:after="240" w:line="336" w:lineRule="auto"/>
        <w:jc w:val="both"/>
      </w:pPr>
      <w:r>
        <w:rPr>
          <w:b/>
        </w:rPr>
        <w:t xml:space="preserve">OUTORGADO 1: </w:t>
      </w:r>
      <w:r>
        <w:t>ISAAC ALMEIDA LACERDA, brasileiro, casado, Engenheiro Civil, CREA 16.268/D-RO, inscrito no CPF nº 947.403.642-04, residente e domiciliado na Rua Cecília Meirelles, nº 252, Green Ville, Cacoal/RO;</w:t>
      </w:r>
    </w:p>
    <w:p>
      <w:pPr>
        <w:spacing w:after="240" w:line="336" w:lineRule="auto"/>
        <w:jc w:val="both"/>
      </w:pPr>
      <w:r>
        <w:rPr>
          <w:b/>
        </w:rPr>
        <w:t xml:space="preserve">OUTORGADO 2: </w:t>
      </w:r>
      <w:r>
        <w:t>JOÃO VITOR FREITAS CERQUEIRA CÉSAR, brasileiro, solteiro, Engenheiro Ambiental, CREA 17.718/D-RO, residente e domiciliado na Rua Brasília, nº 1155, Bairro Incra, Cacoal/RO;</w:t>
      </w:r>
    </w:p>
    <w:p>
      <w:pPr>
        <w:spacing w:after="240" w:line="336" w:lineRule="auto"/>
        <w:jc w:val="both"/>
      </w:pPr>
      <w:r>
        <w:rPr>
          <w:b/>
        </w:rPr>
        <w:t xml:space="preserve">PODERES: </w:t>
      </w:r>
      <w:r>
        <w:t>Ao OUTORGADO 1 (ISAAC ALMEIDA LACERDA): representar o(s) OUTORGANTE(S) perante o INSTITUTO NACIONAL DE COLONIZAÇÃO E REFORMA AGRÁRIA — INCRA, podendo requerer, preencher, assinar, atualizar, retificar e modificar os dados cadastrais do(s) imóvel(is) no Sistema Nacional de Cadastro Rural — SNCR, inclusive por meio da Declaração para Cadastro Rural — DCR, bem como emitir e regularizar o Certificado de Cadastro de Imóvel Rural — CCIR; e perante a SECRETARIA ESPECIAL DA RECEITA FEDERAL DO BRASIL — RFB, podendo inscrever, atualizar e retificar os dados do(s) imóvel(is) no CIB/CAFIR, apresentar e retificar a Declaração do ITR — DITR e praticar os demais atos necessários à regularização do ITR, inclusive por meio do Portal e-CAC;</w:t>
      </w:r>
    </w:p>
    <w:p>
      <w:pPr>
        <w:spacing w:after="240" w:line="336" w:lineRule="auto"/>
        <w:jc w:val="both"/>
      </w:pPr>
      <w:r>
        <w:t>Ao OUTORGADO 2 (JOÃO VITOR FREITAS CERQUEIRA CÉSAR): representar o(s) OUTORGANTE(S) perante a Secretaria de Estado do Desenvolvimento Ambiental — SEDAM/RO e o Sistema Nacional de Cadastro Ambiental Rural — SICAR, podendo em nome do(s) OUTORGANTE(S) requerer, inscrever, retificar, atualizar e apresentar documentos que sejam necessários ao bom andamento da regularização do Cadastro Ambiental Rural — CAR;</w:t>
      </w:r>
    </w:p>
    <w:p>
      <w:pPr>
        <w:spacing w:after="240" w:line="336" w:lineRule="auto"/>
        <w:jc w:val="both"/>
      </w:pPr>
      <w:r>
        <w:t>Poderes específicos referentes ao imóvel rural denominado LOTE 66 GLEBA 09, SETOR IPOCYSSARA, de propriedade/posse do(s) OUTORGANTE(S).</w:t>
      </w:r>
    </w:p>
    <w:p/>
    <w:p>
      <w:pPr>
        <w:jc w:val="right"/>
      </w:pPr>
      <w:r>
        <w:t>Cacoal/RO, 12 de setembro de 2026.</w:t>
      </w:r>
    </w:p>
    <w:p/>
    <w:p/>
    <w:p/>
    <w:p>
      <w:pPr>
        <w:jc w:val="center"/>
      </w:pPr>
      <w:r>
        <w:t>___________________________________________</w:t>
      </w:r>
    </w:p>
    <w:p>
      <w:pPr>
        <w:jc w:val="center"/>
      </w:pPr>
      <w:r>
        <w:rPr>
          <w:b/>
        </w:rPr>
        <w:t>__________</w:t>
      </w:r>
    </w:p>
    <w:p>
      <w:pPr>
        <w:jc w:val="center"/>
      </w:pPr>
      <w:r>
        <w:rPr>
          <w:sz w:val="18"/>
        </w:rPr>
        <w:t>(assinatura com firma reconhecida)</w:t>
      </w:r>
    </w:p>
    <w:sectPr w:rsidR="00FC693F" w:rsidRPr="0006063C" w:rsidSect="00034616">
      <w:pgSz w:w="12240" w:h="15840"/>
      <w:pgMar w:top="1701" w:right="1417" w:bottom="1417" w:left="141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4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