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GLEBA 09, SETOR IPOCYSSARA,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