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TORRES,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39G Gleba 11, Ipocyssara, Município de Cacoal/RO,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TORRES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