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12, GLEBA 09, S.T. LEITÃO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908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Cartório de Registro de Imóveis de Presidente Médici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MANOEL RIBAS DA SILVA</w:t>
      </w:r>
      <w:r>
        <w:rPr>
          <w:b w:val="0"/>
          <w:sz w:val="24"/>
        </w:rPr>
        <w:t>, brasileiro, Solteiro, pecuarista, portador do CI.RG nº M-8.515.578 SSP/MG, inscrito no CPF/MF nº 082.670.657-68, que declara, sob as penas da Lei, não ter convivência pública em união estável, nos termos do art. 1.723 e seguintes do Código Civil Brasileiro, residente e domiciliado na Ji-Paraná-RO,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99,998 ha (noventa e nove hectares, noventa e nove ares e oitenta centiares)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106,1119 ha (cento e seis hectares, onze ares e dezenove centiares)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00113912396-08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75a7ae1c-fba5-485c-9031-f6548495fe42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2320268500504205 - RO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