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LT GL  FABRICIO CORRETOR 69 99219-0170,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