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CICERO SOARES DA SILVA, brasileiro, casado(a), agricultor, inscrito(a) no CPF nº 103.139.582-20, portador(a) do RG nº 110.572-RO, residente e domiciliado(a) em Linha 10, Município de Cacoal,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51, GLEBA 10, S.T. IPOCYSSARA, P.F. CORUMBIARA, Município de Cacoal/RO, código INCRA/SNCR nº 001.040.073.733-4, matrícula nº 2.407,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CICERO SOARES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