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27-D GLEBA 05, Setor Ipocyssara", localizado no município de Ministro Andreazza/RO,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