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36 Gleba 10, Gy- Paraná 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