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 Gleba 07, S.T. Ipocyssara",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