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04-B, GLEBA 05 CASTRO ALVES, SETOR IPOCYSSARA, PROJETO CORUMBIARA, ",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