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04-A, GLEBA 05 CASTRO ALVES, SETOR IPOCYSSARA, PROJETO CORUMBIARA,, Município de Ministro Andreazza/RO, de propriedade/posse do(s) OUTORGANTE(S).</w:t>
      </w:r>
    </w:p>
    <w:p/>
    <w:p>
      <w:pPr>
        <w:jc w:val="right"/>
      </w:pPr>
      <w:r>
        <w:t>Ministro Andreazza/RO,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