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04-(REM), GLEBA 07, CASTRO ALVES, SETOR IPOCYSSARA, PROJETO FUNDIÁRIO CORUMBIARA, Município de Cacoal/RO,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