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4-(REM), GLEBA 07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