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(REM), GLEBA 07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