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OZORIO DE SOUZA FILHO, brasileiro, inscrito no CPF sob o nº , residente e domiciliado em Ministro Andreazza/RO, vem, respeitosamente, à presença de Vossas Senhorias, solicitar a ANÁLISE E APROVAÇÃO do Cadastro Ambiental Rural — CAR referente ao imóvel rural denominado "LOTE 06-D, GLEBA 05, SETOR IPOCYSSARA, PROJETO FUNDIÁRIO CORUMBIARA" localizado no município de Ministro Andreazza/RO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OZORIO DE SOUZA FILHO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