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ARISTIDES POLLACK, brasileiro(a), casado(a), agricultor, inscrito(a) no CPF nº 090.540.142-53, portador(a) do RG nº 169.067-SSP-RO, residente e domiciliado(a) em Linha 19, Lote 78, Gleba 13, Setor Espigão D'Oeste,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78, GLEBA 13, P.F. CORUMBIARA, Setor ESPIGÃO D'OESTE, Município de Cacoal/RO, código INCRA/SNCR nº 950.149.088.188-5, matrícula nº 19.712,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ARISTIDES POLLACK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