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ARISTIDES POLLACK, brasileiro, inscrito no CPF sob o nº 090.540.142-53, residente e domiciliado em Cacoal/RO, vem, respeitosamente, à presença de Vossas Senhorias, solicitar a ANÁLISE E APROVAÇÃO do Cadastro Ambiental Rural — CAR referente ao imóvel rural denominado "LOTE 78, GLEBA 13, P.F. CORUMBIARA", com área de 27.2613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