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ARISTIDES POLLACK, inscrito no CPF sob o nº 090.540.142-53, proprietário do imóvel rural denominado "LOTE 78, GLEBA 13, P.F. CORUMBIARA", com área de 27.2613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