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07-A-REM, GLEBA 12, SETOR IPOCYSSARA, PROJETO FUNDIÁRIO CORUMBIARA,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