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ANDERSON DE OLIVEIRA SANTIAGO,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09-A, GLEBA 09, SETOR IPOCYSSARA, PROJETO FUNDIÁRIO CORUMBIARA,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ANDERSON DE OLIVEIRA SANTIAGO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