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ANDERSON DE OLIVEIRA SANTIAGO , inscrito no CPF sob o nº , titular do imóvel rural "LOTE 09-A, GLEBA 09, SETOR IPOCYSSARA, PROJETO FUNDIÁRIO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