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18-B, GLEBA 08, CASTRO ALVES, SETOR IPOCYSSARA, PROJETO FUNDIÁRIO CORUMBIARA,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