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DINIZ DE MATOS,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59-A, GLEBA 08, SETOR GY-PARANÁ, P.I.C. GY-PARANÁ,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DINIZ DE MATOS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