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RENATA ILDAMINER REINHOLZ,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50-B, GLEBA 10, CASTRO ALVES, SETOR IPOCYSSARA, PROJETO FUNDIÁRIO CORUMBIARA, Município de Cacoal/RO, de propriedade/posse do(s) OUTORGANTE(S).</w:t>
      </w:r>
    </w:p>
    <w:p/>
    <w:p>
      <w:pPr>
        <w:jc w:val="right"/>
      </w:pPr>
      <w:r>
        <w:t>Cacoal/RO, 11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RENATA ILDAMINER REINHOLZ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