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ATA ILDAMINER REINHOL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B, GLEBA 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ATA ILDAMINER REINHOL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