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NATA ILDAMINER REINHOL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B, GLEBA 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NATA ILDAMINER REINHOL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