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 xml:space="preserve"> OLINDO DA SILVA MELO, brasileiro, inscrito no CPF sob o nº , residente e domiciliado em Cacoal/RO, vem, respeitosamente, à presença de Vossas Senhorias, solicitar a ANÁLISE E APROVAÇÃO do Cadastro Ambiental Rural — CAR referente ao imóvel rural denominado "LOTE 50-A, GLEBA 10, CASTRO ALVES, SETOR IPOCYSSARA, PROJETO FUNDIÁRIO CORUMBIARA", com área de 7.2347 hectares, localizado no município de Cacoal/RO CCIR nº 9999707353708,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