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100-A1-A, GLEBA 09, SETOR GY-PARANÁ, P.I.C. GY-PARANÁ (CÓPIA), Setor IPOCYSSARA,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