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 LAGAÇO, brasileiro(a), inscrito(a) no CPF nº 40918874220.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100-A1-A, GLEBA 09, SETOR GY-PARANÁ, P.I.C. GY-PARANÁ (CÓPIA), Setor IPOCYSSARA,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