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brasileiro, inscrito no CPF sob o nº 40918874220, residente e domiciliado em Cacoal/RO, vem, respeitosamente, à presença de Vossas Senhorias, solicitar a ANÁLISE E APROVAÇÃO do Cadastro Ambiental Rural — CAR referente ao imóvel rural denominado "LOTE 100-A1-A, GLEBA 09, SETOR GY-PARANÁ, P.I.C. GY-PARANÁ (CÓPIA)"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