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CORA SOBRINHO , brasileiro, inscrito no CPF sob o nº , residente e domiciliado em Espigao d'Oeste/RO, vem, respeitosamente, à presença de Vossas Senhorias, solicitar a ANÁLISE E APROVAÇÃO do Cadastro Ambiental Rural — CAR referente ao imóvel rural denominado "LOTE 247, GLEBA 24, ST 14 DE ABRIL, PF/  CORUMBIARA (F.F.F.), DENOMINADO SANTO ÃTONIO. " localizado no município de Espigao d'Oeste/RO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