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JOÃO CORA SOBRINHO , inscrito no CPF sob o nº , titular do imóvel rural "LOTE 247, GLEBA 24, ST 14 DE ABRIL, PF/  CORUMBIARA (F.F.F.), DENOMINADO SANTO ÃTONIO. 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 xml:space="preserve">JOÃO CORA SOBRINHO </w:t>
      </w:r>
    </w:p>
    <w:p>
      <w:r>
        <w:t>Domicílio: Espigao d'Oeste/RO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