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ADESÃO AO PRA / PRADA</w:t>
      </w:r>
    </w:p>
    <w:p/>
    <w:p>
      <w:r>
        <w:rPr>
          <w:b/>
          <w:sz w:val="22"/>
        </w:rPr>
        <w:t>À Secretaria de Estado do Desenvolvimento Ambiental — SEDAM-RO</w:t>
        <w:br/>
        <w:t>Coordenadoria de Monitoramento e Regularização Ambiental Rural — COMRAR</w:t>
      </w:r>
    </w:p>
    <w:p/>
    <w:p>
      <w:pPr>
        <w:jc w:val="both"/>
      </w:pPr>
      <w:r>
        <w:rPr>
          <w:sz w:val="22"/>
        </w:rPr>
        <w:t>JOÃO CORA SOBRINHO , inscrito no CPF sob o nº , proprietário do imóvel rural denominado "LOTE 247, GLEBA 24, ST 14 DE ABRIL, PF/  CORUMBIARA (F.F.F.), DENOMINADO SANTO ÃTONIO. ", localizado no município de Espigao d'Oeste/RO, inscrito no CAR sob o nº ___________________, vem requerer a ADESÃO AO PROGRAMA DE REGULARIZAÇÃO AMBIENTAL — PRA, nos termos do art. 59 da Lei Federal nº 12.651/2012 e da Portaria SEDAM nº 305/2018, declarando possuir passivo ambiental objeto de regularização.</w:t>
      </w:r>
    </w:p>
    <w:p/>
    <w:p>
      <w:pPr>
        <w:jc w:val="both"/>
      </w:pPr>
      <w:r>
        <w:rPr>
          <w:sz w:val="22"/>
        </w:rPr>
        <w:t>O requerente declara ciência de que:</w:t>
        <w:br/>
        <w:t>a) A adesão ao PRA suspende as autuações por infrações cometidas antes de 22/07/2008;</w:t>
        <w:br/>
        <w:t>b) A conclusão do PRADA é condição para obtenção de certidões e financiamentos rurais;</w:t>
        <w:br/>
        <w:t>c) O PRADA Simplificado aplica-se a passivos ≤ 1ha de APP e ≤ 4ha de ARL+AUR;</w:t>
        <w:br/>
        <w:t>d) O PRADA Completo aplica-se aos demais casos (Portaria SEDAM 305/2018).</w:t>
      </w:r>
    </w:p>
    <w:p/>
    <w:p>
      <w:pPr>
        <w:jc w:val="both"/>
      </w:pPr>
      <w:r>
        <w:rPr>
          <w:sz w:val="22"/>
        </w:rPr>
        <w:t>Documentos anexos:</w:t>
        <w:br/>
        <w:t>I — CPF e RG;</w:t>
        <w:br/>
        <w:t>II — Comprovante de inscrição no CAR;</w:t>
        <w:br/>
        <w:t>III — Croqui ou shapefile da área com passivo ambiental identificado;</w:t>
        <w:br/>
        <w:t>IV — Proposta de PRADA (quando aplicável).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24 de setembro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 xml:space="preserve">JOÃO CORA SOBRINHO </w:t>
      </w:r>
    </w:p>
    <w:p>
      <w:r>
        <w:t>Domicílio: Espigao d'Oeste/RO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