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26-REM,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9.112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37355bda-340d-4aa3-b497-48a6a3961d1b</w:t>
      </w:r>
      <w:r>
        <w:rPr>
          <w:b w:val="0"/>
          <w:sz w:val="24"/>
        </w:rPr>
        <w:t xml:space="preserve"> (Código do Imóvel Rural nº 001.040.041.513-2), para tal trabalho fora recolhida a Anotação de Responsabilidade Técnica (ART) nº </w:t>
      </w:r>
      <w:r>
        <w:rPr>
          <w:b/>
          <w:sz w:val="24"/>
        </w:rPr>
        <w:t>2320258500436098-RO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26-A da Gleba 13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25 da Gleba 13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26-B (lote 26) da Gleba 13, separados por uma estrada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 da Gleba 13, todos do Setor Ipocyssara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Estrada Vicinal Linha-14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25-A5 da Gleba 13, Castro Alves, Setor Ipocyssara (Mat. 19.753)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25-A (REM.) da Gleba 13, Castro Alves, Setor Ipocyssara (Mat. 4.509)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26-A da Gleba 13, Castro Alves, Setor Ipocyssara (Mat. 6.214)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26-A da Gleba 13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Linha-14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25 da Gleba 13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25-A5 da Gleba 13, Castro Alves, Setor Ipocyssara (Mat. 19.753)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26-B (lote 26) da Gleba 13, separados por uma estrada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25-A (REM.) da Gleba 13, Castro Alves, Setor Ipocyssara (Mat. 4.509)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 da Gleba 13, todos do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26-A da Gleba 13, Castro Alves, Setor Ipocyssara (Mat. 6.214)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0,0%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