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JOSÉ CARLOS SUAVE</w:t>
      </w:r>
      <w:r>
        <w:rPr>
          <w:b w:val="0"/>
          <w:sz w:val="24"/>
        </w:rPr>
        <w:t xml:space="preserve">, brasileiro, Casado, lavrador, portador do CI.RG nº 118797, inscrito no CPF/MF nº 190.708.102-04, filho de JOÃO SUAVE e MARIA DA CONCEIÇÃO RISSE SUAVE, casado pelo regime de Comunhão Parcial de Bens, na vigência da Lei nº 6.515/77, com </w:t>
      </w:r>
      <w:r>
        <w:rPr>
          <w:b/>
          <w:sz w:val="24"/>
        </w:rPr>
        <w:t>MARIA APARECIDA MARGOTTO SUAVE</w:t>
      </w:r>
      <w:r>
        <w:rPr>
          <w:b w:val="0"/>
          <w:sz w:val="24"/>
        </w:rPr>
        <w:t>, brasileira, do lar, portadora do CI.RG nº 000482390 SSP/RO, inscrita no CPF/MF nº 617.029.192-34, filha de EGIDIO MARGOTTO e ALTAMITA GRAMELICK, residente e domiciliado na Cacoal,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26-REM,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9.112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38,9200 ha (trinta e oito hectares e noventa e dois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2320258500436098-RO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0,045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0,12%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R$ 302.293,17 (trezentos e dois mil e duzentos e noventa e três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R$ 381.806,15 (trezentos e oitenta e um mil e oitocentos e seis reais e quinze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37355bda-340d-4aa3-b497-48a6a3961d1b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38,9200 ha (trinta e oito hectares e noventa e dois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JOSÉ CARLOS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APARECIDA MARGOTTO SUAVE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2320258500436098-RO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