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26-REM, GLEBA 13, S.T. IPOCYSSARA, P.F. CORUMBIARA", com área de 38.875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