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26-A,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6.214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58,3477 ha (cinquenta e oito hectares, trinta e quatro ares e setenta e sete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58,0776 ha (cinquenta e oito hectares, sete ares e setenta e seis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f0f8589d-39ff-4cbb-a2cf-58cbf220336d</w:t>
      </w:r>
      <w:r>
        <w:rPr>
          <w:b w:val="0"/>
          <w:sz w:val="24"/>
        </w:rPr>
        <w:t xml:space="preserve"> (Código do Imóvel Rural nº 001.040.041.513-2), para tal trabalho fora recolhida a Anotação de Responsabilidade Técnica (ART) nº </w:t>
      </w:r>
      <w:r>
        <w:rPr>
          <w:b/>
          <w:sz w:val="24"/>
        </w:rPr>
        <w:t>2320258500436099-RO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26, Gleba 13, Setor Ipocyssara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13 da Gleba 14, Setor Ipocyssara, separado por uma estrada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27 da Gleba 13, Setor Ipocyssara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 da Gleba 13, Setor Ipocyssara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26(REM.) da Gleba 13, Castro Alves, Setor Ipocyssara (Mat. 9.112)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Estrada Vicinal Linha-14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27-A da Gleba 13, Castro Alves, Setor Ipocyssara (Mat. 36.571) e Lote 27-B da Gleba 13, Castro Alves, Setor Ipocyssara (Mat. 14.408)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13-A da Gleba 13, Castro Alves, Setor Ipocyssara (Mat. 44.310) (atualização de confrontação com desmembramento registrado em cartório)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26, Gleba 13,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26(REM.) da Gleba 13, Castro Alves, Setor Ipocyssara (Mat. 9.112)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 da Gleba 14, Setor Ipocyssara, separado por uma estrada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Linha-14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27 da Gleba 13,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27-A da Gleba 13, Castro Alves, Setor Ipocyssara (Mat. 36.571) e Lote 27-B da Gleba 13, Castro Alves, Setor Ipocyssara (Mat. 14.408)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 da Gleba 13,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 da Gleba 13, Castro Alves, Setor Ipocyssara (Mat. 44.310)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0,2701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0,46%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