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13, S.T. IPOCYSSARA, P.F. CORUMBIARA, Município de Cacoal/RO, código INCRA/SNCR nº 001.040.041.513-2, matrícula nº 6.214,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