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JOSÉ CARLOS SUAVE, inscrito no CPF sob o nº 190.708.102-04, residente em Cacoal/RO, interessado no processo de regularização ambiental referente ao imóvel "LOTE 26-A, GLEBA 13,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JOSÉ CARLOS SUAVE</w:t>
        <w:br/>
        <w:t xml:space="preserve">    CPF:            190.708.102-04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