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JOSÉ CARLOS SUAVE, brasileiro, inscrito no CPF sob o nº 190.708.102-04, residente e domiciliado em Cacoal/RO, vem, respeitosamente, à presença de Vossas Senhorias, solicitar a ANÁLISE E APROVAÇÃO do Cadastro Ambiental Rural — CAR referente ao imóvel rural denominado "LOTE 26-A, GLEBA 13, S.T. IPOCYSSARA, P.F. CORUMBIARA", com área de 58.0776 hectares, localizado no município de Cacoal/RO CCIR nº 950.149.588.709-1,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CARLOS SUAVE</w:t>
      </w:r>
    </w:p>
    <w:p>
      <w:r>
        <w:t>CPF: 190.708.102-04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