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26-A, GLEBA 13,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