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03A GLEBA 11 GY-PARANA"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