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TELMA,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(REM.), GLEBA 09, S.T. IPOCYSSARA, Município de Cacoal/RO, matrícula nº 0000,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TELMA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