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19-A, GLEBA 01, CASTRO ALVES, SETOR IPOCYSSARA, PROJETO FUNDIÁRIO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