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19-A, GLEBA 01, CASTRO ALVES, SETOR IPOCYSSARA, PROJETO FUNDIÁRIO CORUMBIARA", com área de 45.6856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